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4A53" w:rsidRDefault="002B1C51">
      <w:pPr>
        <w:spacing w:after="140"/>
        <w:jc w:val="center"/>
      </w:pPr>
      <w:r>
        <w:rPr>
          <w:noProof/>
          <w:lang w:val="tr-TR" w:eastAsia="tr-TR"/>
        </w:rPr>
        <w:drawing>
          <wp:inline distT="0" distB="0" distL="0" distR="0">
            <wp:extent cx="827999" cy="82799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kkisla_logo_display.png"/>
                    <pic:cNvPicPr/>
                  </pic:nvPicPr>
                  <pic:blipFill>
                    <a:blip r:embed="rId8"/>
                    <a:stretch>
                      <a:fillRect/>
                    </a:stretch>
                  </pic:blipFill>
                  <pic:spPr>
                    <a:xfrm>
                      <a:off x="0" y="0"/>
                      <a:ext cx="827999" cy="827999"/>
                    </a:xfrm>
                    <a:prstGeom prst="rect">
                      <a:avLst/>
                    </a:prstGeom>
                  </pic:spPr>
                </pic:pic>
              </a:graphicData>
            </a:graphic>
          </wp:inline>
        </w:drawing>
      </w:r>
    </w:p>
    <w:tbl>
      <w:tblPr>
        <w:tblW w:w="0" w:type="auto"/>
        <w:jc w:val="center"/>
        <w:tblLayout w:type="fixed"/>
        <w:tblLook w:val="04A0" w:firstRow="1" w:lastRow="0" w:firstColumn="1" w:lastColumn="0" w:noHBand="0" w:noVBand="1"/>
      </w:tblPr>
      <w:tblGrid>
        <w:gridCol w:w="2438"/>
        <w:gridCol w:w="7200"/>
      </w:tblGrid>
      <w:tr w:rsidR="00714A53">
        <w:trPr>
          <w:jc w:val="center"/>
        </w:trPr>
        <w:tc>
          <w:tcPr>
            <w:tcW w:w="2438" w:type="dxa"/>
            <w:shd w:val="clear" w:color="auto" w:fill="EAF2F8"/>
            <w:tcMar>
              <w:top w:w="100" w:type="dxa"/>
              <w:left w:w="120" w:type="dxa"/>
              <w:bottom w:w="100" w:type="dxa"/>
              <w:right w:w="120" w:type="dxa"/>
            </w:tcMar>
            <w:vAlign w:val="center"/>
          </w:tcPr>
          <w:p w:rsidR="00714A53" w:rsidRDefault="002B1C51">
            <w:pPr>
              <w:jc w:val="left"/>
            </w:pPr>
            <w:r>
              <w:rPr>
                <w:rFonts w:eastAsia="Arial"/>
                <w:b/>
                <w:sz w:val="17"/>
              </w:rPr>
              <w:t>TARİH</w:t>
            </w:r>
          </w:p>
        </w:tc>
        <w:tc>
          <w:tcPr>
            <w:tcW w:w="7200" w:type="dxa"/>
            <w:tcMar>
              <w:top w:w="100" w:type="dxa"/>
              <w:left w:w="120" w:type="dxa"/>
              <w:bottom w:w="100" w:type="dxa"/>
              <w:right w:w="120" w:type="dxa"/>
            </w:tcMar>
            <w:vAlign w:val="center"/>
          </w:tcPr>
          <w:p w:rsidR="00714A53" w:rsidRDefault="002B1C51">
            <w:pPr>
              <w:jc w:val="left"/>
            </w:pPr>
            <w:r>
              <w:rPr>
                <w:rFonts w:eastAsia="Arial"/>
                <w:sz w:val="17"/>
              </w:rPr>
              <w:t>23.09.2026</w:t>
            </w:r>
          </w:p>
        </w:tc>
      </w:tr>
      <w:tr w:rsidR="00714A53">
        <w:trPr>
          <w:jc w:val="center"/>
        </w:trPr>
        <w:tc>
          <w:tcPr>
            <w:tcW w:w="2438" w:type="dxa"/>
            <w:shd w:val="clear" w:color="auto" w:fill="EAF2F8"/>
            <w:tcMar>
              <w:top w:w="100" w:type="dxa"/>
              <w:left w:w="120" w:type="dxa"/>
              <w:bottom w:w="100" w:type="dxa"/>
              <w:right w:w="120" w:type="dxa"/>
            </w:tcMar>
            <w:vAlign w:val="center"/>
          </w:tcPr>
          <w:p w:rsidR="00714A53" w:rsidRDefault="002B1C51">
            <w:pPr>
              <w:jc w:val="left"/>
            </w:pPr>
            <w:r>
              <w:rPr>
                <w:rFonts w:eastAsia="Arial"/>
                <w:b/>
                <w:sz w:val="17"/>
              </w:rPr>
              <w:t>DOKÜMAN KODU</w:t>
            </w:r>
          </w:p>
        </w:tc>
        <w:tc>
          <w:tcPr>
            <w:tcW w:w="7200" w:type="dxa"/>
            <w:tcMar>
              <w:top w:w="100" w:type="dxa"/>
              <w:left w:w="120" w:type="dxa"/>
              <w:bottom w:w="100" w:type="dxa"/>
              <w:right w:w="120" w:type="dxa"/>
            </w:tcMar>
            <w:vAlign w:val="center"/>
          </w:tcPr>
          <w:p w:rsidR="00714A53" w:rsidRDefault="002B1C51">
            <w:pPr>
              <w:jc w:val="left"/>
            </w:pPr>
            <w:r>
              <w:rPr>
                <w:rFonts w:eastAsia="Arial"/>
                <w:sz w:val="17"/>
              </w:rPr>
              <w:t>DG-05</w:t>
            </w:r>
          </w:p>
        </w:tc>
      </w:tr>
      <w:tr w:rsidR="00714A53">
        <w:trPr>
          <w:jc w:val="center"/>
        </w:trPr>
        <w:tc>
          <w:tcPr>
            <w:tcW w:w="2438" w:type="dxa"/>
            <w:shd w:val="clear" w:color="auto" w:fill="EAF2F8"/>
            <w:tcMar>
              <w:top w:w="100" w:type="dxa"/>
              <w:left w:w="120" w:type="dxa"/>
              <w:bottom w:w="100" w:type="dxa"/>
              <w:right w:w="120" w:type="dxa"/>
            </w:tcMar>
            <w:vAlign w:val="center"/>
          </w:tcPr>
          <w:p w:rsidR="00714A53" w:rsidRDefault="002B1C51">
            <w:pPr>
              <w:jc w:val="left"/>
            </w:pPr>
            <w:r>
              <w:rPr>
                <w:rFonts w:eastAsia="Arial"/>
                <w:b/>
                <w:sz w:val="17"/>
              </w:rPr>
              <w:t>VERSİYON</w:t>
            </w:r>
          </w:p>
        </w:tc>
        <w:tc>
          <w:tcPr>
            <w:tcW w:w="7200" w:type="dxa"/>
            <w:tcMar>
              <w:top w:w="100" w:type="dxa"/>
              <w:left w:w="120" w:type="dxa"/>
              <w:bottom w:w="100" w:type="dxa"/>
              <w:right w:w="120" w:type="dxa"/>
            </w:tcMar>
            <w:vAlign w:val="center"/>
          </w:tcPr>
          <w:p w:rsidR="00714A53" w:rsidRDefault="002B1C51">
            <w:pPr>
              <w:jc w:val="left"/>
            </w:pPr>
            <w:r>
              <w:rPr>
                <w:rFonts w:eastAsia="Arial"/>
                <w:sz w:val="17"/>
              </w:rPr>
              <w:t>V01</w:t>
            </w:r>
          </w:p>
        </w:tc>
      </w:tr>
      <w:tr w:rsidR="00714A53">
        <w:trPr>
          <w:jc w:val="center"/>
        </w:trPr>
        <w:tc>
          <w:tcPr>
            <w:tcW w:w="2438" w:type="dxa"/>
            <w:shd w:val="clear" w:color="auto" w:fill="EAF2F8"/>
            <w:tcMar>
              <w:top w:w="100" w:type="dxa"/>
              <w:left w:w="120" w:type="dxa"/>
              <w:bottom w:w="100" w:type="dxa"/>
              <w:right w:w="120" w:type="dxa"/>
            </w:tcMar>
            <w:vAlign w:val="center"/>
          </w:tcPr>
          <w:p w:rsidR="00714A53" w:rsidRDefault="002B1C51">
            <w:pPr>
              <w:jc w:val="left"/>
            </w:pPr>
            <w:r>
              <w:rPr>
                <w:rFonts w:eastAsia="Arial"/>
                <w:b/>
                <w:sz w:val="17"/>
              </w:rPr>
              <w:t>KURUM</w:t>
            </w:r>
          </w:p>
        </w:tc>
        <w:tc>
          <w:tcPr>
            <w:tcW w:w="7200" w:type="dxa"/>
            <w:tcMar>
              <w:top w:w="100" w:type="dxa"/>
              <w:left w:w="120" w:type="dxa"/>
              <w:bottom w:w="100" w:type="dxa"/>
              <w:right w:w="120" w:type="dxa"/>
            </w:tcMar>
            <w:vAlign w:val="center"/>
          </w:tcPr>
          <w:p w:rsidR="00714A53" w:rsidRDefault="002B1C51">
            <w:pPr>
              <w:jc w:val="left"/>
            </w:pPr>
            <w:r>
              <w:rPr>
                <w:rFonts w:eastAsia="Arial"/>
                <w:sz w:val="17"/>
              </w:rPr>
              <w:t>AKKIŞLA BELEDİYE BAŞKANLIĞI</w:t>
            </w:r>
          </w:p>
        </w:tc>
      </w:tr>
      <w:tr w:rsidR="00714A53">
        <w:trPr>
          <w:jc w:val="center"/>
        </w:trPr>
        <w:tc>
          <w:tcPr>
            <w:tcW w:w="2438" w:type="dxa"/>
            <w:shd w:val="clear" w:color="auto" w:fill="EAF2F8"/>
            <w:tcMar>
              <w:top w:w="100" w:type="dxa"/>
              <w:left w:w="120" w:type="dxa"/>
              <w:bottom w:w="100" w:type="dxa"/>
              <w:right w:w="120" w:type="dxa"/>
            </w:tcMar>
            <w:vAlign w:val="center"/>
          </w:tcPr>
          <w:p w:rsidR="00714A53" w:rsidRDefault="002B1C51">
            <w:pPr>
              <w:jc w:val="left"/>
            </w:pPr>
            <w:r>
              <w:rPr>
                <w:rFonts w:eastAsia="Arial"/>
                <w:b/>
                <w:sz w:val="17"/>
              </w:rPr>
              <w:t>DETSİS / VKN</w:t>
            </w:r>
          </w:p>
        </w:tc>
        <w:tc>
          <w:tcPr>
            <w:tcW w:w="7200" w:type="dxa"/>
            <w:tcMar>
              <w:top w:w="100" w:type="dxa"/>
              <w:left w:w="120" w:type="dxa"/>
              <w:bottom w:w="100" w:type="dxa"/>
              <w:right w:w="120" w:type="dxa"/>
            </w:tcMar>
            <w:vAlign w:val="center"/>
          </w:tcPr>
          <w:p w:rsidR="00714A53" w:rsidRDefault="002B1C51">
            <w:pPr>
              <w:jc w:val="left"/>
            </w:pPr>
            <w:r>
              <w:rPr>
                <w:rFonts w:eastAsia="Arial"/>
                <w:sz w:val="17"/>
              </w:rPr>
              <w:t>99700920 / 0300007353</w:t>
            </w:r>
          </w:p>
        </w:tc>
      </w:tr>
      <w:tr w:rsidR="00714A53">
        <w:trPr>
          <w:jc w:val="center"/>
        </w:trPr>
        <w:tc>
          <w:tcPr>
            <w:tcW w:w="2438" w:type="dxa"/>
            <w:shd w:val="clear" w:color="auto" w:fill="EAF2F8"/>
            <w:tcMar>
              <w:top w:w="100" w:type="dxa"/>
              <w:left w:w="120" w:type="dxa"/>
              <w:bottom w:w="100" w:type="dxa"/>
              <w:right w:w="120" w:type="dxa"/>
            </w:tcMar>
            <w:vAlign w:val="center"/>
          </w:tcPr>
          <w:p w:rsidR="00714A53" w:rsidRDefault="002B1C51">
            <w:pPr>
              <w:jc w:val="left"/>
            </w:pPr>
            <w:r>
              <w:rPr>
                <w:rFonts w:eastAsia="Arial"/>
                <w:b/>
                <w:sz w:val="17"/>
              </w:rPr>
              <w:t>İLETİŞİM</w:t>
            </w:r>
          </w:p>
        </w:tc>
        <w:tc>
          <w:tcPr>
            <w:tcW w:w="7200" w:type="dxa"/>
            <w:tcMar>
              <w:top w:w="100" w:type="dxa"/>
              <w:left w:w="120" w:type="dxa"/>
              <w:bottom w:w="100" w:type="dxa"/>
              <w:right w:w="120" w:type="dxa"/>
            </w:tcMar>
            <w:vAlign w:val="center"/>
          </w:tcPr>
          <w:p w:rsidR="00714A53" w:rsidRDefault="00E44011">
            <w:pPr>
              <w:jc w:val="left"/>
            </w:pPr>
            <w:r>
              <w:rPr>
                <w:rFonts w:eastAsia="Arial"/>
                <w:sz w:val="17"/>
              </w:rPr>
              <w:t>kvkk@akkisla.bel.tr</w:t>
            </w:r>
            <w:r w:rsidR="002B1C51">
              <w:rPr>
                <w:rFonts w:eastAsia="Arial"/>
                <w:sz w:val="17"/>
              </w:rPr>
              <w:t xml:space="preserve"> / +90 (352) 591 30 02</w:t>
            </w:r>
          </w:p>
        </w:tc>
      </w:tr>
      <w:tr w:rsidR="00714A53">
        <w:trPr>
          <w:jc w:val="center"/>
        </w:trPr>
        <w:tc>
          <w:tcPr>
            <w:tcW w:w="2438" w:type="dxa"/>
            <w:shd w:val="clear" w:color="auto" w:fill="EAF2F8"/>
            <w:tcMar>
              <w:top w:w="100" w:type="dxa"/>
              <w:left w:w="120" w:type="dxa"/>
              <w:bottom w:w="100" w:type="dxa"/>
              <w:right w:w="120" w:type="dxa"/>
            </w:tcMar>
            <w:vAlign w:val="center"/>
          </w:tcPr>
          <w:p w:rsidR="00714A53" w:rsidRDefault="002B1C51">
            <w:pPr>
              <w:jc w:val="left"/>
            </w:pPr>
            <w:r>
              <w:rPr>
                <w:rFonts w:eastAsia="Arial"/>
                <w:b/>
                <w:sz w:val="17"/>
              </w:rPr>
              <w:t>KEP</w:t>
            </w:r>
          </w:p>
        </w:tc>
        <w:tc>
          <w:tcPr>
            <w:tcW w:w="7200" w:type="dxa"/>
            <w:tcMar>
              <w:top w:w="100" w:type="dxa"/>
              <w:left w:w="120" w:type="dxa"/>
              <w:bottom w:w="100" w:type="dxa"/>
              <w:right w:w="120" w:type="dxa"/>
            </w:tcMar>
            <w:vAlign w:val="center"/>
          </w:tcPr>
          <w:p w:rsidR="00714A53" w:rsidRDefault="002B1C51">
            <w:pPr>
              <w:jc w:val="left"/>
            </w:pPr>
            <w:r>
              <w:rPr>
                <w:rFonts w:eastAsia="Arial"/>
                <w:sz w:val="17"/>
              </w:rPr>
              <w:t>akkislabelediyesi@hs01.kep.tr</w:t>
            </w:r>
          </w:p>
        </w:tc>
      </w:tr>
      <w:tr w:rsidR="00714A53">
        <w:trPr>
          <w:jc w:val="center"/>
        </w:trPr>
        <w:tc>
          <w:tcPr>
            <w:tcW w:w="2438" w:type="dxa"/>
            <w:shd w:val="clear" w:color="auto" w:fill="EAF2F8"/>
            <w:tcMar>
              <w:top w:w="100" w:type="dxa"/>
              <w:left w:w="120" w:type="dxa"/>
              <w:bottom w:w="100" w:type="dxa"/>
              <w:right w:w="120" w:type="dxa"/>
            </w:tcMar>
            <w:vAlign w:val="center"/>
          </w:tcPr>
          <w:p w:rsidR="00714A53" w:rsidRDefault="002B1C51">
            <w:pPr>
              <w:jc w:val="left"/>
            </w:pPr>
            <w:r>
              <w:rPr>
                <w:rFonts w:eastAsia="Arial"/>
                <w:b/>
                <w:sz w:val="17"/>
              </w:rPr>
              <w:t>WEB SİTESİ / ADRES</w:t>
            </w:r>
          </w:p>
        </w:tc>
        <w:tc>
          <w:tcPr>
            <w:tcW w:w="7200" w:type="dxa"/>
            <w:tcMar>
              <w:top w:w="100" w:type="dxa"/>
              <w:left w:w="120" w:type="dxa"/>
              <w:bottom w:w="100" w:type="dxa"/>
              <w:right w:w="120" w:type="dxa"/>
            </w:tcMar>
            <w:vAlign w:val="center"/>
          </w:tcPr>
          <w:p w:rsidR="00714A53" w:rsidRDefault="002B1C51">
            <w:pPr>
              <w:jc w:val="left"/>
              <w:rPr>
                <w:rFonts w:eastAsia="Arial"/>
                <w:sz w:val="17"/>
              </w:rPr>
            </w:pPr>
            <w:hyperlink r:id="rId9" w:history="1">
              <w:r>
                <w:rPr>
                  <w:rStyle w:val="Kpr"/>
                  <w:rFonts w:eastAsia="Arial"/>
                  <w:sz w:val="17"/>
                </w:rPr>
                <w:t>www.akkisla.bel.tr</w:t>
              </w:r>
            </w:hyperlink>
          </w:p>
          <w:p w:rsidR="00714A53" w:rsidRDefault="002B1C51">
            <w:pPr>
              <w:jc w:val="left"/>
            </w:pPr>
            <w:r>
              <w:rPr>
                <w:rFonts w:eastAsia="Arial"/>
                <w:sz w:val="17"/>
              </w:rPr>
              <w:t>Yeni Mahalle Şehit Fikret Tunç Caddesi No:2, 38830 Akkışla/Kayseri</w:t>
            </w:r>
          </w:p>
        </w:tc>
      </w:tr>
      <w:tr w:rsidR="00714A53">
        <w:trPr>
          <w:jc w:val="center"/>
        </w:trPr>
        <w:tc>
          <w:tcPr>
            <w:tcW w:w="2438" w:type="dxa"/>
            <w:shd w:val="clear" w:color="auto" w:fill="EAF2F8"/>
            <w:tcMar>
              <w:top w:w="100" w:type="dxa"/>
              <w:left w:w="120" w:type="dxa"/>
              <w:bottom w:w="100" w:type="dxa"/>
              <w:right w:w="120" w:type="dxa"/>
            </w:tcMar>
            <w:vAlign w:val="center"/>
          </w:tcPr>
          <w:p w:rsidR="00714A53" w:rsidRDefault="002B1C51">
            <w:pPr>
              <w:jc w:val="left"/>
            </w:pPr>
            <w:r>
              <w:rPr>
                <w:rFonts w:eastAsia="Arial"/>
                <w:b/>
                <w:sz w:val="17"/>
              </w:rPr>
              <w:t>DOKÜMAN TÜRÜ</w:t>
            </w:r>
          </w:p>
        </w:tc>
        <w:tc>
          <w:tcPr>
            <w:tcW w:w="7200" w:type="dxa"/>
            <w:tcMar>
              <w:top w:w="100" w:type="dxa"/>
              <w:left w:w="120" w:type="dxa"/>
              <w:bottom w:w="100" w:type="dxa"/>
              <w:right w:w="120" w:type="dxa"/>
            </w:tcMar>
            <w:vAlign w:val="center"/>
          </w:tcPr>
          <w:p w:rsidR="00714A53" w:rsidRDefault="002B1C51">
            <w:pPr>
              <w:jc w:val="left"/>
            </w:pPr>
            <w:r>
              <w:rPr>
                <w:rFonts w:eastAsia="Arial"/>
                <w:sz w:val="17"/>
              </w:rPr>
              <w:t>UYGULAMA DOKÜMANI</w:t>
            </w:r>
          </w:p>
        </w:tc>
      </w:tr>
    </w:tbl>
    <w:p w:rsidR="00714A53" w:rsidRPr="00E44011" w:rsidRDefault="002B1C51">
      <w:pPr>
        <w:pStyle w:val="KonuBal"/>
        <w:keepNext/>
        <w:keepLines/>
        <w:rPr>
          <w:rFonts w:ascii="Arial" w:hAnsi="Arial" w:cs="Arial"/>
          <w:sz w:val="21"/>
          <w:szCs w:val="21"/>
        </w:rPr>
      </w:pPr>
      <w:r w:rsidRPr="00E44011">
        <w:rPr>
          <w:rFonts w:ascii="Arial" w:hAnsi="Arial" w:cs="Arial"/>
          <w:sz w:val="21"/>
          <w:szCs w:val="21"/>
        </w:rPr>
        <w:t>İlgili Kişi Başvuru Formu</w:t>
      </w:r>
    </w:p>
    <w:p w:rsidR="00E44011" w:rsidRPr="00E44011" w:rsidRDefault="00E44011" w:rsidP="00E44011">
      <w:pPr>
        <w:ind w:firstLine="360"/>
        <w:rPr>
          <w:rFonts w:eastAsia="Arial" w:cs="Arial"/>
          <w:szCs w:val="21"/>
        </w:rPr>
      </w:pPr>
      <w:r w:rsidRPr="00E44011">
        <w:rPr>
          <w:rFonts w:cs="Arial"/>
          <w:szCs w:val="21"/>
        </w:rPr>
        <w:t xml:space="preserve">İşbu form, Veri Sorumlusu sıfatına haiz olan </w:t>
      </w:r>
      <w:r w:rsidRPr="00E44011">
        <w:rPr>
          <w:rFonts w:eastAsia="Times New Roman" w:cs="Arial"/>
          <w:b/>
          <w:bCs/>
          <w:szCs w:val="21"/>
        </w:rPr>
        <w:t>Akkışla Belediyes Başkanlığı</w:t>
      </w:r>
      <w:r w:rsidRPr="00E44011">
        <w:rPr>
          <w:rFonts w:cs="Arial"/>
          <w:szCs w:val="21"/>
        </w:rPr>
        <w:t xml:space="preserve"> tarafından, </w:t>
      </w:r>
      <w:r w:rsidRPr="00E44011">
        <w:rPr>
          <w:rFonts w:eastAsia="Times New Roman" w:cs="Arial"/>
          <w:szCs w:val="21"/>
        </w:rPr>
        <w:t>ilgili kişilerin 6698 sayılı Kişisel Verilerin Korunması Kanununun (“</w:t>
      </w:r>
      <w:r w:rsidRPr="00E44011">
        <w:rPr>
          <w:rFonts w:eastAsia="Times New Roman" w:cs="Arial"/>
          <w:b/>
          <w:szCs w:val="21"/>
        </w:rPr>
        <w:t>Kanun</w:t>
      </w:r>
      <w:r w:rsidRPr="00E44011">
        <w:rPr>
          <w:rFonts w:eastAsia="Times New Roman" w:cs="Arial"/>
          <w:szCs w:val="21"/>
        </w:rPr>
        <w:t>”)</w:t>
      </w:r>
      <w:r w:rsidRPr="00E44011">
        <w:rPr>
          <w:rFonts w:eastAsia="Arial" w:cs="Arial"/>
          <w:szCs w:val="21"/>
        </w:rPr>
        <w:t xml:space="preserve"> ilgili maddeleri ve Veri Sorumlusuna Başvuru Usul ve Esasları Hakkında Tebliğ uyarınca veri sorumlusuna yapabileceği başvuruları ivedilikle, etkin ve kapsamlı bir şekilde değerlendirebilmek ve çözümleyebilmek adına hazırlanmıştır.</w:t>
      </w:r>
      <w:r w:rsidRPr="00E44011">
        <w:rPr>
          <w:rFonts w:eastAsia="Arial" w:cs="Arial"/>
          <w:szCs w:val="21"/>
        </w:rPr>
        <w:t xml:space="preserve"> Kanunun 11 inci maddesi kapsamındaki taleplerin gerekli bilgilerle ve güvenli biçimde alınmasını sağlar.</w:t>
      </w:r>
    </w:p>
    <w:p w:rsidR="00E44011" w:rsidRPr="00E44011" w:rsidRDefault="00E44011" w:rsidP="00E44011">
      <w:pPr>
        <w:spacing w:before="120"/>
        <w:ind w:firstLine="360"/>
        <w:rPr>
          <w:rFonts w:eastAsia="Arial" w:cs="Arial"/>
          <w:szCs w:val="21"/>
        </w:rPr>
      </w:pPr>
      <w:r w:rsidRPr="00E44011">
        <w:rPr>
          <w:rFonts w:eastAsia="Arial" w:cs="Arial"/>
          <w:szCs w:val="21"/>
        </w:rPr>
        <w:t xml:space="preserve">Kanun'un uygulanmasıyla ilgili taleplerinizi, yazılı olarak işbu Başvuru Formu’nun ıslak imzalı bir kopyasını, </w:t>
      </w:r>
      <w:r w:rsidRPr="00E44011">
        <w:rPr>
          <w:rFonts w:eastAsia="Arial" w:cs="Arial"/>
          <w:szCs w:val="21"/>
        </w:rPr>
        <w:t>b</w:t>
      </w:r>
      <w:r w:rsidRPr="00E44011">
        <w:rPr>
          <w:rFonts w:eastAsia="Arial" w:cs="Arial"/>
          <w:szCs w:val="21"/>
        </w:rPr>
        <w:t xml:space="preserve">elediyemiz merkez hizmet binasına </w:t>
      </w:r>
      <w:r w:rsidRPr="00E44011">
        <w:rPr>
          <w:rFonts w:eastAsia="Arial" w:cs="Arial"/>
          <w:b/>
          <w:szCs w:val="21"/>
        </w:rPr>
        <w:t>iadeli taahhütlü mektup</w:t>
      </w:r>
      <w:r w:rsidRPr="00E44011">
        <w:rPr>
          <w:rFonts w:eastAsia="Arial" w:cs="Arial"/>
          <w:szCs w:val="21"/>
        </w:rPr>
        <w:t xml:space="preserve"> ile göndermek suretiyle veya </w:t>
      </w:r>
      <w:r w:rsidRPr="00E44011">
        <w:rPr>
          <w:rFonts w:eastAsia="Arial" w:cs="Arial"/>
          <w:szCs w:val="21"/>
        </w:rPr>
        <w:t xml:space="preserve">kurumsal </w:t>
      </w:r>
      <w:r w:rsidRPr="00E44011">
        <w:rPr>
          <w:rFonts w:eastAsia="Arial" w:cs="Arial"/>
          <w:b/>
          <w:szCs w:val="21"/>
        </w:rPr>
        <w:t xml:space="preserve">e-posta adresimize </w:t>
      </w:r>
      <w:r w:rsidRPr="00E44011">
        <w:rPr>
          <w:rFonts w:eastAsia="Arial" w:cs="Arial"/>
          <w:szCs w:val="21"/>
        </w:rPr>
        <w:t xml:space="preserve"> göndermek suretiyle tarafımıza iletebilirsiniz</w:t>
      </w:r>
      <w:r w:rsidRPr="00E44011">
        <w:rPr>
          <w:rFonts w:eastAsia="Arial" w:cs="Arial"/>
          <w:szCs w:val="21"/>
        </w:rPr>
        <w:t>.</w:t>
      </w:r>
    </w:p>
    <w:p w:rsidR="00E44011" w:rsidRPr="00E44011" w:rsidRDefault="00E44011" w:rsidP="00E44011">
      <w:pPr>
        <w:spacing w:before="120"/>
        <w:ind w:firstLine="360"/>
        <w:rPr>
          <w:rFonts w:eastAsia="Arial" w:cs="Arial"/>
          <w:szCs w:val="21"/>
        </w:rPr>
      </w:pPr>
      <w:r w:rsidRPr="00E44011">
        <w:rPr>
          <w:rFonts w:eastAsia="Arial" w:cs="Arial"/>
          <w:szCs w:val="21"/>
        </w:rPr>
        <w:t>Hukuka aykırı ve haksız bir şekilde veri paylaşımından kaynaklanabilecek hukuki risklerin bertaraf edilmesi ve özellikle kişisel verilerinizin güvenliğinin sağlanması amacıyla, kimlik ve yetki tespiti için kurum tarafından ek evrak (Nüfus cüzdanı veya sürücü belgesi sureti vb.) talep etme hakkını saklı tutar. Adrese / e-posta gönderilmesi sırasında çıkacak sorunlardan kurum sorumlu değildir. Form kapsamında iletmekte olduğunuz taleplerinize ilişkin bilgilerin doğru ve güncel olmaması ya da yetkisiz bir başvuru yapılması halinde kurum, söz konusu yanlış bilgi ya da yetkisiz başvuru kaynaklı taleplerden dolayı mesuliyet kabul etmemektedir.</w:t>
      </w:r>
    </w:p>
    <w:p w:rsidR="00E44011" w:rsidRDefault="00E44011" w:rsidP="00E44011">
      <w:pPr>
        <w:spacing w:before="120"/>
        <w:ind w:firstLine="360"/>
        <w:rPr>
          <w:rFonts w:ascii="Times New Roman" w:eastAsia="Arial" w:hAnsi="Times New Roman" w:cs="Times New Roman"/>
        </w:rPr>
      </w:pPr>
    </w:p>
    <w:p w:rsidR="00E44011" w:rsidRDefault="00E44011" w:rsidP="00E44011">
      <w:pPr>
        <w:spacing w:before="120"/>
        <w:ind w:firstLine="360"/>
        <w:rPr>
          <w:rFonts w:ascii="Times New Roman" w:eastAsia="Arial" w:hAnsi="Times New Roman" w:cs="Times New Roman"/>
        </w:rPr>
      </w:pPr>
    </w:p>
    <w:p w:rsidR="00E44011" w:rsidRDefault="00E44011" w:rsidP="00E44011">
      <w:pPr>
        <w:spacing w:before="120"/>
        <w:ind w:firstLine="360"/>
        <w:rPr>
          <w:rFonts w:ascii="Times New Roman" w:eastAsia="Arial" w:hAnsi="Times New Roman" w:cs="Times New Roman"/>
        </w:rPr>
      </w:pPr>
    </w:p>
    <w:p w:rsidR="00E44011" w:rsidRDefault="00E44011" w:rsidP="00E44011">
      <w:pPr>
        <w:spacing w:before="120"/>
        <w:ind w:firstLine="360"/>
        <w:rPr>
          <w:rFonts w:ascii="Times New Roman" w:eastAsia="Arial" w:hAnsi="Times New Roman" w:cs="Times New Roman"/>
        </w:rPr>
      </w:pPr>
    </w:p>
    <w:p w:rsidR="00E44011" w:rsidRDefault="00E44011" w:rsidP="00E44011">
      <w:pPr>
        <w:spacing w:before="120"/>
        <w:ind w:firstLine="360"/>
        <w:rPr>
          <w:rFonts w:ascii="Times New Roman" w:eastAsia="Arial" w:hAnsi="Times New Roman" w:cs="Times New Roman"/>
        </w:rPr>
      </w:pPr>
    </w:p>
    <w:p w:rsidR="00714A53" w:rsidRDefault="002B1C51">
      <w:pPr>
        <w:pStyle w:val="Balk1"/>
      </w:pPr>
      <w:r>
        <w:lastRenderedPageBreak/>
        <w:t>Başvuru Sahibinin Bilgileri</w:t>
      </w:r>
    </w:p>
    <w:tbl>
      <w:tblPr>
        <w:tblW w:w="0" w:type="auto"/>
        <w:jc w:val="center"/>
        <w:tblLayout w:type="fixed"/>
        <w:tblLook w:val="04A0" w:firstRow="1" w:lastRow="0" w:firstColumn="1" w:lastColumn="0" w:noHBand="0" w:noVBand="1"/>
      </w:tblPr>
      <w:tblGrid>
        <w:gridCol w:w="2155"/>
        <w:gridCol w:w="7256"/>
      </w:tblGrid>
      <w:tr w:rsidR="00714A53" w:rsidTr="00D72D7F">
        <w:trPr>
          <w:tblHeader/>
          <w:jc w:val="center"/>
        </w:trPr>
        <w:tc>
          <w:tcPr>
            <w:tcW w:w="2155" w:type="dxa"/>
            <w:shd w:val="clear" w:color="auto" w:fill="1E4E79"/>
            <w:tcMar>
              <w:top w:w="95" w:type="dxa"/>
              <w:left w:w="100" w:type="dxa"/>
              <w:bottom w:w="95" w:type="dxa"/>
              <w:right w:w="100" w:type="dxa"/>
            </w:tcMar>
            <w:vAlign w:val="center"/>
          </w:tcPr>
          <w:p w:rsidR="00714A53" w:rsidRDefault="002B1C51">
            <w:pPr>
              <w:jc w:val="center"/>
            </w:pPr>
            <w:r>
              <w:rPr>
                <w:rFonts w:eastAsia="Arial"/>
                <w:b/>
                <w:color w:val="FFFFFF"/>
                <w:sz w:val="17"/>
              </w:rPr>
              <w:t>Alan</w:t>
            </w:r>
          </w:p>
        </w:tc>
        <w:tc>
          <w:tcPr>
            <w:tcW w:w="7256" w:type="dxa"/>
            <w:shd w:val="clear" w:color="auto" w:fill="1E4E79"/>
            <w:tcMar>
              <w:top w:w="95" w:type="dxa"/>
              <w:left w:w="100" w:type="dxa"/>
              <w:bottom w:w="95" w:type="dxa"/>
              <w:right w:w="100" w:type="dxa"/>
            </w:tcMar>
            <w:vAlign w:val="center"/>
          </w:tcPr>
          <w:p w:rsidR="00714A53" w:rsidRDefault="002B1C51">
            <w:pPr>
              <w:jc w:val="center"/>
            </w:pPr>
            <w:r>
              <w:rPr>
                <w:rFonts w:eastAsia="Arial"/>
                <w:b/>
                <w:color w:val="FFFFFF"/>
                <w:sz w:val="17"/>
              </w:rPr>
              <w:t>Bilgi</w:t>
            </w:r>
          </w:p>
        </w:tc>
      </w:tr>
      <w:tr w:rsidR="00714A53" w:rsidTr="00D72D7F">
        <w:trPr>
          <w:jc w:val="center"/>
        </w:trPr>
        <w:tc>
          <w:tcPr>
            <w:tcW w:w="2155" w:type="dxa"/>
            <w:tcMar>
              <w:top w:w="85" w:type="dxa"/>
              <w:left w:w="95" w:type="dxa"/>
              <w:bottom w:w="85" w:type="dxa"/>
              <w:right w:w="95" w:type="dxa"/>
            </w:tcMar>
            <w:vAlign w:val="center"/>
          </w:tcPr>
          <w:p w:rsidR="00714A53" w:rsidRDefault="002B1C51">
            <w:pPr>
              <w:jc w:val="left"/>
            </w:pPr>
            <w:r>
              <w:rPr>
                <w:rFonts w:eastAsia="Arial"/>
                <w:sz w:val="17"/>
              </w:rPr>
              <w:t>Ad soyad</w:t>
            </w:r>
          </w:p>
        </w:tc>
        <w:tc>
          <w:tcPr>
            <w:tcW w:w="7256" w:type="dxa"/>
            <w:tcMar>
              <w:top w:w="85" w:type="dxa"/>
              <w:left w:w="95" w:type="dxa"/>
              <w:bottom w:w="85" w:type="dxa"/>
              <w:right w:w="95" w:type="dxa"/>
            </w:tcMar>
            <w:vAlign w:val="center"/>
          </w:tcPr>
          <w:p w:rsidR="00714A53" w:rsidRDefault="00714A53">
            <w:pPr>
              <w:jc w:val="left"/>
            </w:pPr>
          </w:p>
        </w:tc>
      </w:tr>
      <w:tr w:rsidR="00714A53" w:rsidTr="00D72D7F">
        <w:trPr>
          <w:jc w:val="center"/>
        </w:trPr>
        <w:tc>
          <w:tcPr>
            <w:tcW w:w="2155" w:type="dxa"/>
            <w:shd w:val="clear" w:color="auto" w:fill="F5F7F9"/>
            <w:tcMar>
              <w:top w:w="85" w:type="dxa"/>
              <w:left w:w="95" w:type="dxa"/>
              <w:bottom w:w="85" w:type="dxa"/>
              <w:right w:w="95" w:type="dxa"/>
            </w:tcMar>
            <w:vAlign w:val="center"/>
          </w:tcPr>
          <w:p w:rsidR="00714A53" w:rsidRDefault="00E44011">
            <w:pPr>
              <w:jc w:val="left"/>
            </w:pPr>
            <w:r>
              <w:rPr>
                <w:rFonts w:eastAsia="Arial"/>
                <w:sz w:val="17"/>
              </w:rPr>
              <w:t>T.C.Kimlik No</w:t>
            </w:r>
          </w:p>
        </w:tc>
        <w:tc>
          <w:tcPr>
            <w:tcW w:w="7256" w:type="dxa"/>
            <w:shd w:val="clear" w:color="auto" w:fill="F5F7F9"/>
            <w:tcMar>
              <w:top w:w="85" w:type="dxa"/>
              <w:left w:w="95" w:type="dxa"/>
              <w:bottom w:w="85" w:type="dxa"/>
              <w:right w:w="95" w:type="dxa"/>
            </w:tcMar>
            <w:vAlign w:val="center"/>
          </w:tcPr>
          <w:p w:rsidR="00714A53" w:rsidRDefault="00714A53">
            <w:pPr>
              <w:jc w:val="left"/>
            </w:pPr>
          </w:p>
        </w:tc>
      </w:tr>
      <w:tr w:rsidR="00714A53" w:rsidTr="00D72D7F">
        <w:trPr>
          <w:jc w:val="center"/>
        </w:trPr>
        <w:tc>
          <w:tcPr>
            <w:tcW w:w="2155" w:type="dxa"/>
            <w:tcMar>
              <w:top w:w="85" w:type="dxa"/>
              <w:left w:w="95" w:type="dxa"/>
              <w:bottom w:w="85" w:type="dxa"/>
              <w:right w:w="95" w:type="dxa"/>
            </w:tcMar>
            <w:vAlign w:val="center"/>
          </w:tcPr>
          <w:p w:rsidR="00714A53" w:rsidRDefault="002B1C51">
            <w:pPr>
              <w:jc w:val="left"/>
            </w:pPr>
            <w:r>
              <w:rPr>
                <w:rFonts w:eastAsia="Arial"/>
                <w:sz w:val="17"/>
              </w:rPr>
              <w:t>Adres</w:t>
            </w:r>
          </w:p>
        </w:tc>
        <w:tc>
          <w:tcPr>
            <w:tcW w:w="7256" w:type="dxa"/>
            <w:tcMar>
              <w:top w:w="85" w:type="dxa"/>
              <w:left w:w="95" w:type="dxa"/>
              <w:bottom w:w="85" w:type="dxa"/>
              <w:right w:w="95" w:type="dxa"/>
            </w:tcMar>
            <w:vAlign w:val="center"/>
          </w:tcPr>
          <w:p w:rsidR="00714A53" w:rsidRDefault="00714A53">
            <w:pPr>
              <w:jc w:val="left"/>
            </w:pPr>
          </w:p>
        </w:tc>
      </w:tr>
      <w:tr w:rsidR="00714A53" w:rsidTr="00D72D7F">
        <w:trPr>
          <w:jc w:val="center"/>
        </w:trPr>
        <w:tc>
          <w:tcPr>
            <w:tcW w:w="2155" w:type="dxa"/>
            <w:shd w:val="clear" w:color="auto" w:fill="F5F7F9"/>
            <w:tcMar>
              <w:top w:w="85" w:type="dxa"/>
              <w:left w:w="95" w:type="dxa"/>
              <w:bottom w:w="85" w:type="dxa"/>
              <w:right w:w="95" w:type="dxa"/>
            </w:tcMar>
            <w:vAlign w:val="center"/>
          </w:tcPr>
          <w:p w:rsidR="00714A53" w:rsidRDefault="002B1C51">
            <w:pPr>
              <w:jc w:val="left"/>
            </w:pPr>
            <w:r>
              <w:rPr>
                <w:rFonts w:eastAsia="Arial"/>
                <w:sz w:val="17"/>
              </w:rPr>
              <w:t>Telefon ve e-posta</w:t>
            </w:r>
          </w:p>
        </w:tc>
        <w:tc>
          <w:tcPr>
            <w:tcW w:w="7256" w:type="dxa"/>
            <w:shd w:val="clear" w:color="auto" w:fill="F5F7F9"/>
            <w:tcMar>
              <w:top w:w="85" w:type="dxa"/>
              <w:left w:w="95" w:type="dxa"/>
              <w:bottom w:w="85" w:type="dxa"/>
              <w:right w:w="95" w:type="dxa"/>
            </w:tcMar>
            <w:vAlign w:val="center"/>
          </w:tcPr>
          <w:p w:rsidR="00714A53" w:rsidRDefault="00714A53">
            <w:pPr>
              <w:jc w:val="left"/>
            </w:pPr>
          </w:p>
        </w:tc>
      </w:tr>
      <w:tr w:rsidR="00714A53" w:rsidTr="00D72D7F">
        <w:trPr>
          <w:jc w:val="center"/>
        </w:trPr>
        <w:tc>
          <w:tcPr>
            <w:tcW w:w="2155" w:type="dxa"/>
            <w:tcMar>
              <w:top w:w="85" w:type="dxa"/>
              <w:left w:w="95" w:type="dxa"/>
              <w:bottom w:w="85" w:type="dxa"/>
              <w:right w:w="95" w:type="dxa"/>
            </w:tcMar>
            <w:vAlign w:val="center"/>
          </w:tcPr>
          <w:p w:rsidR="00714A53" w:rsidRDefault="002B1C51">
            <w:pPr>
              <w:jc w:val="left"/>
            </w:pPr>
            <w:r>
              <w:rPr>
                <w:rFonts w:eastAsia="Arial"/>
                <w:sz w:val="17"/>
              </w:rPr>
              <w:t>Kurumla ilişki</w:t>
            </w:r>
          </w:p>
        </w:tc>
        <w:tc>
          <w:tcPr>
            <w:tcW w:w="7256" w:type="dxa"/>
            <w:tcMar>
              <w:top w:w="85" w:type="dxa"/>
              <w:left w:w="95" w:type="dxa"/>
              <w:bottom w:w="85" w:type="dxa"/>
              <w:right w:w="95" w:type="dxa"/>
            </w:tcMar>
            <w:vAlign w:val="center"/>
          </w:tcPr>
          <w:p w:rsidR="00714A53" w:rsidRDefault="00E44011" w:rsidP="00E44011">
            <w:pPr>
              <w:jc w:val="left"/>
            </w:pPr>
            <w:r w:rsidRPr="00E44011">
              <w:rPr>
                <w:rFonts w:eastAsia="Arial"/>
                <w:sz w:val="17"/>
              </w:rPr>
              <w:t>Vatandaş</w:t>
            </w:r>
            <w:r w:rsidRPr="00E44011">
              <w:rPr>
                <w:rFonts w:eastAsia="Arial"/>
                <w:sz w:val="17"/>
              </w:rPr>
              <w:t xml:space="preserve">, </w:t>
            </w:r>
            <w:r w:rsidRPr="00E44011">
              <w:rPr>
                <w:rFonts w:eastAsia="Arial"/>
                <w:sz w:val="17"/>
              </w:rPr>
              <w:t>Çalışan</w:t>
            </w:r>
            <w:r w:rsidRPr="00E44011">
              <w:rPr>
                <w:rFonts w:eastAsia="Arial"/>
                <w:sz w:val="17"/>
              </w:rPr>
              <w:t>, E</w:t>
            </w:r>
            <w:r w:rsidRPr="00E44011">
              <w:rPr>
                <w:rFonts w:eastAsia="Arial"/>
                <w:sz w:val="17"/>
              </w:rPr>
              <w:t>ski Çalışan</w:t>
            </w:r>
            <w:r w:rsidRPr="00E44011">
              <w:rPr>
                <w:rFonts w:eastAsia="Arial"/>
                <w:sz w:val="17"/>
              </w:rPr>
              <w:t xml:space="preserve">, </w:t>
            </w:r>
            <w:r w:rsidRPr="00E44011">
              <w:rPr>
                <w:rFonts w:eastAsia="Arial"/>
                <w:sz w:val="17"/>
              </w:rPr>
              <w:t>Tedarikçi / Tedarikçi</w:t>
            </w:r>
            <w:r w:rsidRPr="00E44011">
              <w:rPr>
                <w:rFonts w:eastAsia="Arial"/>
                <w:sz w:val="17"/>
              </w:rPr>
              <w:t xml:space="preserve"> </w:t>
            </w:r>
            <w:r w:rsidRPr="00E44011">
              <w:rPr>
                <w:rFonts w:eastAsia="Arial"/>
                <w:sz w:val="17"/>
              </w:rPr>
              <w:t>Çalışanı</w:t>
            </w:r>
            <w:r w:rsidRPr="00E44011">
              <w:rPr>
                <w:rFonts w:eastAsia="Arial"/>
                <w:sz w:val="17"/>
              </w:rPr>
              <w:t xml:space="preserve">, </w:t>
            </w:r>
            <w:r w:rsidRPr="00E44011">
              <w:rPr>
                <w:rFonts w:eastAsia="Arial"/>
                <w:sz w:val="17"/>
              </w:rPr>
              <w:t>Diğer</w:t>
            </w:r>
          </w:p>
        </w:tc>
      </w:tr>
    </w:tbl>
    <w:p w:rsidR="00714A53" w:rsidRDefault="002B1C51">
      <w:pPr>
        <w:pStyle w:val="Balk1"/>
      </w:pPr>
      <w:r>
        <w:t>Talep</w:t>
      </w:r>
      <w:bookmarkStart w:id="0" w:name="_GoBack"/>
      <w:bookmarkEnd w:id="0"/>
    </w:p>
    <w:p w:rsidR="00714A53" w:rsidRDefault="002B1C51">
      <w:pPr>
        <w:keepLines/>
        <w:ind w:left="369" w:hanging="142"/>
      </w:pPr>
      <w:r>
        <w:rPr>
          <w:rFonts w:eastAsia="Arial"/>
        </w:rPr>
        <w:t>☐</w:t>
      </w:r>
      <w:r>
        <w:rPr>
          <w:rFonts w:eastAsia="Arial"/>
        </w:rPr>
        <w:t xml:space="preserve"> Kişisel </w:t>
      </w:r>
      <w:r>
        <w:rPr>
          <w:rFonts w:eastAsia="Arial"/>
        </w:rPr>
        <w:t>verilerinizin işlenip işlenmediğini öğrenme</w:t>
      </w:r>
    </w:p>
    <w:p w:rsidR="00714A53" w:rsidRDefault="002B1C51">
      <w:pPr>
        <w:keepLines/>
        <w:ind w:left="369" w:hanging="142"/>
      </w:pPr>
      <w:r>
        <w:rPr>
          <w:rFonts w:eastAsia="Arial"/>
        </w:rPr>
        <w:t>☐</w:t>
      </w:r>
      <w:r>
        <w:rPr>
          <w:rFonts w:eastAsia="Arial"/>
        </w:rPr>
        <w:t xml:space="preserve"> Kişisel verileriniz işlenmişse buna ilişkin bilgi talep etme</w:t>
      </w:r>
    </w:p>
    <w:p w:rsidR="00714A53" w:rsidRDefault="002B1C51">
      <w:pPr>
        <w:keepLines/>
        <w:ind w:left="369" w:hanging="142"/>
      </w:pPr>
      <w:r>
        <w:rPr>
          <w:rFonts w:eastAsia="Arial"/>
        </w:rPr>
        <w:t>☐</w:t>
      </w:r>
      <w:r>
        <w:rPr>
          <w:rFonts w:eastAsia="Arial"/>
        </w:rPr>
        <w:t xml:space="preserve"> Kişisel verilerinizin işlenme amacını ve amacına uygun kullanılıp kullanılmadığını öğrenme</w:t>
      </w:r>
    </w:p>
    <w:p w:rsidR="00714A53" w:rsidRDefault="002B1C51">
      <w:pPr>
        <w:keepLines/>
        <w:ind w:left="369" w:hanging="142"/>
      </w:pPr>
      <w:r>
        <w:rPr>
          <w:rFonts w:eastAsia="Arial"/>
        </w:rPr>
        <w:t>☐</w:t>
      </w:r>
      <w:r>
        <w:rPr>
          <w:rFonts w:eastAsia="Arial"/>
        </w:rPr>
        <w:t xml:space="preserve"> Yurt içinde veya yurt dışında kişisel verilerinizin ak</w:t>
      </w:r>
      <w:r>
        <w:rPr>
          <w:rFonts w:eastAsia="Arial"/>
        </w:rPr>
        <w:t>tarıldığı üçüncü kişileri bilme</w:t>
      </w:r>
    </w:p>
    <w:p w:rsidR="00714A53" w:rsidRDefault="002B1C51">
      <w:pPr>
        <w:keepLines/>
        <w:ind w:left="369" w:hanging="142"/>
      </w:pPr>
      <w:r>
        <w:rPr>
          <w:rFonts w:eastAsia="Arial"/>
        </w:rPr>
        <w:t>☐</w:t>
      </w:r>
      <w:r>
        <w:rPr>
          <w:rFonts w:eastAsia="Arial"/>
        </w:rPr>
        <w:t xml:space="preserve"> Eksik veya yanlış işlenen kişisel verilerinizin düzeltilmesini isteme</w:t>
      </w:r>
    </w:p>
    <w:p w:rsidR="00714A53" w:rsidRDefault="002B1C51">
      <w:pPr>
        <w:keepLines/>
        <w:ind w:left="369" w:hanging="142"/>
      </w:pPr>
      <w:r>
        <w:rPr>
          <w:rFonts w:eastAsia="Arial"/>
        </w:rPr>
        <w:t>☐</w:t>
      </w:r>
      <w:r>
        <w:rPr>
          <w:rFonts w:eastAsia="Arial"/>
        </w:rPr>
        <w:t xml:space="preserve"> Kanunda öngörülen şartlar çerçevesinde kişisel verilerinizin silinmesini veya yok edilmesini isteme</w:t>
      </w:r>
    </w:p>
    <w:p w:rsidR="00714A53" w:rsidRDefault="002B1C51">
      <w:pPr>
        <w:keepLines/>
        <w:ind w:left="369" w:hanging="142"/>
      </w:pPr>
      <w:r>
        <w:rPr>
          <w:rFonts w:eastAsia="Arial"/>
        </w:rPr>
        <w:t>☐</w:t>
      </w:r>
      <w:r>
        <w:rPr>
          <w:rFonts w:eastAsia="Arial"/>
        </w:rPr>
        <w:t xml:space="preserve"> Düzeltme, silme veya yok etme işlemlerinin </w:t>
      </w:r>
      <w:r>
        <w:rPr>
          <w:rFonts w:eastAsia="Arial"/>
        </w:rPr>
        <w:t>verilerin aktarıldığı üçüncü kişilere bildirilmesini isteme</w:t>
      </w:r>
    </w:p>
    <w:p w:rsidR="00714A53" w:rsidRDefault="002B1C51">
      <w:pPr>
        <w:keepLines/>
        <w:ind w:left="369" w:hanging="142"/>
      </w:pPr>
      <w:r>
        <w:rPr>
          <w:rFonts w:eastAsia="Arial"/>
        </w:rPr>
        <w:t>☐</w:t>
      </w:r>
      <w:r>
        <w:rPr>
          <w:rFonts w:eastAsia="Arial"/>
        </w:rPr>
        <w:t xml:space="preserve"> Münhasıran otomatik sistemlerle analiz sonucunda aleyhinize bir sonuç ortaya çıkmasına itiraz etme</w:t>
      </w:r>
    </w:p>
    <w:p w:rsidR="00714A53" w:rsidRDefault="002B1C51">
      <w:pPr>
        <w:keepLines/>
        <w:ind w:left="369" w:hanging="142"/>
      </w:pPr>
      <w:r>
        <w:rPr>
          <w:rFonts w:eastAsia="Arial"/>
        </w:rPr>
        <w:t>☐</w:t>
      </w:r>
      <w:r>
        <w:rPr>
          <w:rFonts w:eastAsia="Arial"/>
        </w:rPr>
        <w:t xml:space="preserve"> Kişisel verilerinizin Kanuna aykırı işlenmesi nedeniyle zarara uğramanız hâlinde zararın gide</w:t>
      </w:r>
      <w:r>
        <w:rPr>
          <w:rFonts w:eastAsia="Arial"/>
        </w:rPr>
        <w:t>rilmesini talep etme</w:t>
      </w:r>
    </w:p>
    <w:p w:rsidR="00714A53" w:rsidRDefault="002B1C51">
      <w:pPr>
        <w:pStyle w:val="Balk1"/>
      </w:pPr>
      <w:r>
        <w:t>Talebin Açıklaması</w:t>
      </w:r>
    </w:p>
    <w:p w:rsidR="00714A53" w:rsidRDefault="00E44011">
      <w:pPr>
        <w:spacing w:after="20"/>
      </w:pPr>
      <w:r>
        <w:t>………………………………….</w:t>
      </w:r>
    </w:p>
    <w:p w:rsidR="00E44011" w:rsidRDefault="00E44011">
      <w:pPr>
        <w:spacing w:after="20"/>
      </w:pPr>
    </w:p>
    <w:p w:rsidR="00714A53" w:rsidRDefault="002B1C51">
      <w:pPr>
        <w:pStyle w:val="Balk1"/>
      </w:pPr>
      <w:r>
        <w:t>Cevap Tercihi</w:t>
      </w:r>
    </w:p>
    <w:p w:rsidR="00714A53" w:rsidRDefault="002B1C51">
      <w:pPr>
        <w:keepLines/>
        <w:ind w:left="369" w:hanging="142"/>
      </w:pPr>
      <w:r>
        <w:rPr>
          <w:rFonts w:eastAsia="Arial"/>
        </w:rPr>
        <w:t>☐</w:t>
      </w:r>
      <w:r>
        <w:rPr>
          <w:rFonts w:eastAsia="Arial"/>
        </w:rPr>
        <w:t xml:space="preserve"> Adresime gönderilmesini istiyorum.</w:t>
      </w:r>
    </w:p>
    <w:p w:rsidR="00714A53" w:rsidRDefault="002B1C51">
      <w:pPr>
        <w:keepLines/>
        <w:ind w:left="369" w:hanging="142"/>
      </w:pPr>
      <w:r>
        <w:rPr>
          <w:rFonts w:eastAsia="Arial"/>
        </w:rPr>
        <w:t>☐</w:t>
      </w:r>
      <w:r>
        <w:rPr>
          <w:rFonts w:eastAsia="Arial"/>
        </w:rPr>
        <w:t xml:space="preserve"> Kayıtlı e-posta adresime gönderilmesini istiyorum.</w:t>
      </w:r>
    </w:p>
    <w:p w:rsidR="00714A53" w:rsidRDefault="002B1C51">
      <w:pPr>
        <w:keepLines/>
        <w:ind w:left="369" w:hanging="142"/>
        <w:rPr>
          <w:rFonts w:eastAsia="Arial"/>
        </w:rPr>
      </w:pPr>
      <w:r>
        <w:rPr>
          <w:rFonts w:eastAsia="Arial"/>
        </w:rPr>
        <w:t>☐</w:t>
      </w:r>
      <w:r>
        <w:rPr>
          <w:rFonts w:eastAsia="Arial"/>
        </w:rPr>
        <w:t xml:space="preserve"> Elden teslim almak istiyorum.</w:t>
      </w:r>
    </w:p>
    <w:p w:rsidR="00714A53" w:rsidRDefault="002B1C51">
      <w:pPr>
        <w:pStyle w:val="Balk1"/>
      </w:pPr>
      <w:r>
        <w:t>Başvuru Beyanı</w:t>
      </w:r>
    </w:p>
    <w:p w:rsidR="00E44011" w:rsidRDefault="002B1C51">
      <w:pPr>
        <w:keepLines/>
        <w:rPr>
          <w:rFonts w:eastAsia="Arial"/>
        </w:rPr>
      </w:pPr>
      <w:r>
        <w:rPr>
          <w:rFonts w:eastAsia="Arial"/>
        </w:rPr>
        <w:t>Başvuruda verdiğim bilgilerin doğru olduğunu, başkasına ait kişisel veri sunmamam gerektiğini ve Kurumun kimlik doğrulaması için ölçülü ek bilgi</w:t>
      </w:r>
      <w:r w:rsidR="00E44011">
        <w:rPr>
          <w:rFonts w:eastAsia="Arial"/>
        </w:rPr>
        <w:t xml:space="preserve"> isteyebileceğini kabul ederim.</w:t>
      </w:r>
    </w:p>
    <w:p w:rsidR="00E44011" w:rsidRDefault="00E44011">
      <w:pPr>
        <w:keepLines/>
        <w:rPr>
          <w:rFonts w:eastAsia="Arial"/>
        </w:rPr>
      </w:pPr>
    </w:p>
    <w:p w:rsidR="00714A53" w:rsidRDefault="002B1C51">
      <w:pPr>
        <w:keepLines/>
      </w:pPr>
      <w:r>
        <w:rPr>
          <w:rFonts w:eastAsia="Arial"/>
        </w:rPr>
        <w:t>Tarih ve imza: __________________</w:t>
      </w:r>
    </w:p>
    <w:sectPr w:rsidR="00714A53">
      <w:headerReference w:type="default" r:id="rId10"/>
      <w:footerReference w:type="default" r:id="rId11"/>
      <w:pgSz w:w="11906" w:h="16838"/>
      <w:pgMar w:top="879" w:right="1134" w:bottom="87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C51" w:rsidRDefault="002B1C51">
      <w:pPr>
        <w:spacing w:after="0" w:line="240" w:lineRule="auto"/>
      </w:pPr>
      <w:r>
        <w:separator/>
      </w:r>
    </w:p>
  </w:endnote>
  <w:endnote w:type="continuationSeparator" w:id="0">
    <w:p w:rsidR="002B1C51" w:rsidRDefault="002B1C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A53" w:rsidRDefault="00714A53">
    <w:pPr>
      <w:pStyle w:val="AltBilgi"/>
    </w:pPr>
  </w:p>
  <w:tbl>
    <w:tblPr>
      <w:tblW w:w="0" w:type="auto"/>
      <w:jc w:val="center"/>
      <w:tblLayout w:type="fixed"/>
      <w:tblLook w:val="04A0" w:firstRow="1" w:lastRow="0" w:firstColumn="1" w:lastColumn="0" w:noHBand="0" w:noVBand="1"/>
    </w:tblPr>
    <w:tblGrid>
      <w:gridCol w:w="4649"/>
      <w:gridCol w:w="2494"/>
      <w:gridCol w:w="2494"/>
    </w:tblGrid>
    <w:tr w:rsidR="00714A53">
      <w:trPr>
        <w:jc w:val="center"/>
      </w:trPr>
      <w:tc>
        <w:tcPr>
          <w:tcW w:w="4649" w:type="dxa"/>
          <w:tcMar>
            <w:top w:w="45" w:type="dxa"/>
            <w:left w:w="40" w:type="dxa"/>
            <w:bottom w:w="45" w:type="dxa"/>
            <w:right w:w="40" w:type="dxa"/>
          </w:tcMar>
          <w:vAlign w:val="center"/>
        </w:tcPr>
        <w:p w:rsidR="00714A53" w:rsidRDefault="002B1C51">
          <w:pPr>
            <w:jc w:val="left"/>
          </w:pPr>
          <w:r>
            <w:rPr>
              <w:rFonts w:eastAsia="Arial"/>
              <w:color w:val="666666"/>
              <w:sz w:val="16"/>
            </w:rPr>
            <w:t>Akkışla Belediye Başkanlığı</w:t>
          </w:r>
        </w:p>
      </w:tc>
      <w:tc>
        <w:tcPr>
          <w:tcW w:w="2494" w:type="dxa"/>
          <w:tcMar>
            <w:top w:w="45" w:type="dxa"/>
            <w:left w:w="40" w:type="dxa"/>
            <w:bottom w:w="45" w:type="dxa"/>
            <w:right w:w="40" w:type="dxa"/>
          </w:tcMar>
          <w:vAlign w:val="center"/>
        </w:tcPr>
        <w:p w:rsidR="00714A53" w:rsidRDefault="002B1C51">
          <w:pPr>
            <w:jc w:val="center"/>
          </w:pPr>
          <w:r>
            <w:rPr>
              <w:rFonts w:eastAsia="Arial"/>
              <w:color w:val="666666"/>
              <w:sz w:val="16"/>
            </w:rPr>
            <w:t>DG-05  V01</w:t>
          </w:r>
        </w:p>
      </w:tc>
      <w:tc>
        <w:tcPr>
          <w:tcW w:w="2494" w:type="dxa"/>
          <w:tcMar>
            <w:top w:w="45" w:type="dxa"/>
            <w:left w:w="40" w:type="dxa"/>
            <w:bottom w:w="45" w:type="dxa"/>
            <w:right w:w="40" w:type="dxa"/>
          </w:tcMar>
          <w:vAlign w:val="center"/>
        </w:tcPr>
        <w:p w:rsidR="00714A53" w:rsidRDefault="002B1C51">
          <w:pPr>
            <w:jc w:val="right"/>
          </w:pPr>
          <w:r>
            <w:rPr>
              <w:rFonts w:eastAsia="Arial"/>
              <w:color w:val="666666"/>
              <w:sz w:val="16"/>
            </w:rPr>
            <w:t>Sayf</w:t>
          </w:r>
          <w:r>
            <w:rPr>
              <w:rFonts w:eastAsia="Arial"/>
              <w:color w:val="666666"/>
              <w:sz w:val="16"/>
            </w:rPr>
            <w:t xml:space="preserve">a </w:t>
          </w:r>
          <w:r>
            <w:rPr>
              <w:rFonts w:eastAsia="Arial"/>
              <w:color w:val="666666"/>
              <w:sz w:val="16"/>
            </w:rPr>
            <w:fldChar w:fldCharType="begin"/>
          </w:r>
          <w:r>
            <w:rPr>
              <w:rFonts w:eastAsia="Arial"/>
              <w:color w:val="666666"/>
              <w:sz w:val="16"/>
            </w:rPr>
            <w:instrText xml:space="preserve"> PAGE </w:instrText>
          </w:r>
          <w:r>
            <w:rPr>
              <w:rFonts w:eastAsia="Arial"/>
              <w:color w:val="666666"/>
              <w:sz w:val="16"/>
            </w:rPr>
            <w:fldChar w:fldCharType="separate"/>
          </w:r>
          <w:r w:rsidR="00D72D7F">
            <w:rPr>
              <w:rFonts w:eastAsia="Arial"/>
              <w:noProof/>
              <w:color w:val="666666"/>
              <w:sz w:val="16"/>
            </w:rPr>
            <w:t>2</w:t>
          </w:r>
          <w:r>
            <w:rPr>
              <w:rFonts w:eastAsia="Arial"/>
              <w:color w:val="666666"/>
              <w:sz w:val="16"/>
            </w:rPr>
            <w:fldChar w:fldCharType="end"/>
          </w:r>
        </w:p>
      </w:tc>
    </w:tr>
  </w:tbl>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C51" w:rsidRDefault="002B1C51">
      <w:pPr>
        <w:spacing w:after="0" w:line="240" w:lineRule="auto"/>
      </w:pPr>
      <w:r>
        <w:separator/>
      </w:r>
    </w:p>
  </w:footnote>
  <w:footnote w:type="continuationSeparator" w:id="0">
    <w:p w:rsidR="002B1C51" w:rsidRDefault="002B1C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4A53" w:rsidRDefault="002B1C51">
    <w:pPr>
      <w:pStyle w:val="stBilgi"/>
    </w:pPr>
    <w:r>
      <w:rPr>
        <w:noProof/>
        <w:lang w:val="tr-TR" w:eastAsia="tr-TR"/>
      </w:rPr>
      <w:drawing>
        <wp:anchor distT="0" distB="0" distL="114300" distR="114300" simplePos="0" relativeHeight="251658240" behindDoc="1" locked="0" layoutInCell="1" allowOverlap="1">
          <wp:simplePos x="0" y="0"/>
          <wp:positionH relativeFrom="page">
            <wp:align>center</wp:align>
          </wp:positionH>
          <wp:positionV relativeFrom="page">
            <wp:align>center</wp:align>
          </wp:positionV>
          <wp:extent cx="4572000" cy="4572000"/>
          <wp:effectExtent l="0" t="0" r="0" b="0"/>
          <wp:wrapNone/>
          <wp:docPr id="2" name="Akkışla Belediyesi Logo Filigran" descr="Akkışla Belediyesi logos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1">
                    <a:extLst>
                      <a:ext uri="{28A0092B-C50C-407E-A947-70E740481C1C}">
                        <a14:useLocalDpi xmlns:a14="http://schemas.microsoft.com/office/drawing/2010/main" val="0"/>
                      </a:ext>
                    </a:extLst>
                  </a:blip>
                  <a:stretch>
                    <a:fillRect/>
                  </a:stretch>
                </pic:blipFill>
                <pic:spPr>
                  <a:xfrm>
                    <a:off x="0" y="0"/>
                    <a:ext cx="4572000" cy="457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abstractNum w:abstractNumId="9" w15:restartNumberingAfterBreak="0">
    <w:nsid w:val="20F74D7A"/>
    <w:multiLevelType w:val="hybridMultilevel"/>
    <w:tmpl w:val="19485822"/>
    <w:lvl w:ilvl="0" w:tplc="041F0003">
      <w:start w:val="1"/>
      <w:numFmt w:val="bullet"/>
      <w:lvlText w:val="o"/>
      <w:lvlJc w:val="left"/>
      <w:pPr>
        <w:ind w:left="720" w:hanging="360"/>
      </w:pPr>
      <w:rPr>
        <w:rFonts w:ascii="Courier New" w:hAnsi="Courier New" w:cs="Courier New"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48BC2487"/>
    <w:multiLevelType w:val="hybridMultilevel"/>
    <w:tmpl w:val="3154B43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2B1C51"/>
    <w:rsid w:val="00326F90"/>
    <w:rsid w:val="00714A53"/>
    <w:rsid w:val="00AA1D8D"/>
    <w:rsid w:val="00B47730"/>
    <w:rsid w:val="00C05E9F"/>
    <w:rsid w:val="00C2428D"/>
    <w:rsid w:val="00C370A9"/>
    <w:rsid w:val="00CB0664"/>
    <w:rsid w:val="00D72D7F"/>
    <w:rsid w:val="00E44011"/>
    <w:rsid w:val="00F13BA5"/>
    <w:rsid w:val="00F4617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4105B1"/>
  <w14:defaultImageDpi w14:val="300"/>
  <w15:docId w15:val="{C3065505-40DA-457E-ABCB-9C43D6193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120" w:line="269" w:lineRule="auto"/>
      <w:jc w:val="both"/>
    </w:pPr>
    <w:rPr>
      <w:rFonts w:ascii="Arial" w:hAnsi="Arial"/>
      <w:color w:val="000000"/>
      <w:sz w:val="21"/>
    </w:rPr>
  </w:style>
  <w:style w:type="paragraph" w:styleId="Balk1">
    <w:name w:val="heading 1"/>
    <w:basedOn w:val="Normal"/>
    <w:next w:val="Normal"/>
    <w:link w:val="Balk1Char"/>
    <w:uiPriority w:val="9"/>
    <w:qFormat/>
    <w:rsid w:val="00FC693F"/>
    <w:pPr>
      <w:keepNext/>
      <w:keepLines/>
      <w:spacing w:before="200" w:after="100"/>
      <w:outlineLvl w:val="0"/>
    </w:pPr>
    <w:rPr>
      <w:rFonts w:asciiTheme="majorHAnsi" w:eastAsiaTheme="majorEastAsia" w:hAnsiTheme="majorHAnsi" w:cstheme="majorBidi"/>
      <w:b/>
      <w:bCs/>
      <w:sz w:val="25"/>
      <w:szCs w:val="28"/>
    </w:rPr>
  </w:style>
  <w:style w:type="paragraph" w:styleId="Balk2">
    <w:name w:val="heading 2"/>
    <w:basedOn w:val="Normal"/>
    <w:next w:val="Normal"/>
    <w:link w:val="Balk2Char"/>
    <w:uiPriority w:val="9"/>
    <w:unhideWhenUsed/>
    <w:qFormat/>
    <w:rsid w:val="00FC693F"/>
    <w:pPr>
      <w:keepNext/>
      <w:keepLines/>
      <w:spacing w:before="200" w:after="100"/>
      <w:outlineLvl w:val="1"/>
    </w:pPr>
    <w:rPr>
      <w:rFonts w:asciiTheme="majorHAnsi" w:eastAsiaTheme="majorEastAsia" w:hAnsiTheme="majorHAnsi" w:cstheme="majorBidi"/>
      <w:b/>
      <w:bCs/>
      <w:sz w:val="23"/>
      <w:szCs w:val="26"/>
    </w:rPr>
  </w:style>
  <w:style w:type="paragraph" w:styleId="Balk3">
    <w:name w:val="heading 3"/>
    <w:basedOn w:val="Normal"/>
    <w:next w:val="Normal"/>
    <w:link w:val="Balk3Char"/>
    <w:uiPriority w:val="9"/>
    <w:unhideWhenUsed/>
    <w:qFormat/>
    <w:rsid w:val="00FC693F"/>
    <w:pPr>
      <w:keepNext/>
      <w:keepLines/>
      <w:spacing w:before="200" w:after="100"/>
      <w:outlineLvl w:val="2"/>
    </w:pPr>
    <w:rPr>
      <w:rFonts w:asciiTheme="majorHAnsi" w:eastAsiaTheme="majorEastAsia" w:hAnsiTheme="majorHAnsi" w:cstheme="majorBidi"/>
      <w:b/>
      <w:bCs/>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before="240" w:after="240" w:line="240" w:lineRule="auto"/>
      <w:contextualSpacing/>
      <w:jc w:val="center"/>
    </w:pPr>
    <w:rPr>
      <w:rFonts w:asciiTheme="majorHAnsi" w:eastAsiaTheme="majorEastAsia" w:hAnsiTheme="majorHAnsi" w:cstheme="majorBidi"/>
      <w:b/>
      <w:spacing w:val="5"/>
      <w:kern w:val="28"/>
      <w:sz w:val="30"/>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ind w:left="360"/>
      <w:contextualSpacing/>
    </w:pPr>
  </w:style>
  <w:style w:type="paragraph" w:styleId="ListeDevam2">
    <w:name w:val="List Continue 2"/>
    <w:basedOn w:val="Normal"/>
    <w:uiPriority w:val="99"/>
    <w:unhideWhenUsed/>
    <w:rsid w:val="0029639D"/>
    <w:pPr>
      <w:ind w:left="720"/>
      <w:contextualSpacing/>
    </w:pPr>
  </w:style>
  <w:style w:type="paragraph" w:styleId="ListeDevam3">
    <w:name w:val="List Continue 3"/>
    <w:basedOn w:val="Normal"/>
    <w:uiPriority w:val="99"/>
    <w:unhideWhenUsed/>
    <w:rsid w:val="0029639D"/>
    <w:pPr>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Kpr">
    <w:name w:val="Hyperlink"/>
    <w:basedOn w:val="VarsaylanParagrafYazTipi"/>
    <w:uiPriority w:val="99"/>
    <w:unhideWhenUsed/>
    <w:rsid w:val="00F13BA5"/>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kkisla.bel.t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879EB3-BD2F-4DBB-B0C8-661710D229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2</Pages>
  <Words>481</Words>
  <Characters>2743</Characters>
  <Application>Microsoft Office Word</Application>
  <DocSecurity>0</DocSecurity>
  <Lines>22</Lines>
  <Paragraphs>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İlgili Kişi Başvuru Formu</vt:lpstr>
      <vt:lpstr/>
    </vt:vector>
  </TitlesOfParts>
  <Manager/>
  <Company/>
  <LinksUpToDate>false</LinksUpToDate>
  <CharactersWithSpaces>3218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İlgili Kişi Başvuru Formu</dc:title>
  <dc:subject>Uygulama Dokümanı</dc:subject>
  <dc:creator/>
  <cp:keywords/>
  <dc:description>Kişisel veri işleme envanteri ve 23.09.2026 tarihi itibarıyla güncel resmî kaynaklar esas alınmıştır.</dc:description>
  <cp:lastModifiedBy>AHMET ERGÖZ</cp:lastModifiedBy>
  <cp:revision>5</cp:revision>
  <dcterms:created xsi:type="dcterms:W3CDTF">2013-12-23T23:15:00Z</dcterms:created>
  <dcterms:modified xsi:type="dcterms:W3CDTF">2026-09-26T19:51:00Z</dcterms:modified>
  <cp:category/>
</cp:coreProperties>
</file>